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7FD1C" w14:textId="50B2C058" w:rsidR="008F422C" w:rsidRPr="00C264B5" w:rsidRDefault="00B84BCA">
      <w:pPr>
        <w:pStyle w:val="aa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r w:rsidRPr="00C264B5">
        <w:rPr>
          <w:rFonts w:ascii="標楷體" w:eastAsia="標楷體" w:hAnsi="標楷體"/>
          <w:b/>
          <w:bCs/>
          <w:sz w:val="32"/>
          <w:szCs w:val="32"/>
          <w:lang w:eastAsia="zh-TW"/>
        </w:rPr>
        <w:t>國立中山大學財</w:t>
      </w:r>
      <w:r w:rsidR="00C0134B" w:rsidRPr="00C264B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物</w:t>
      </w:r>
      <w:r w:rsidRPr="00C264B5">
        <w:rPr>
          <w:rFonts w:ascii="標楷體" w:eastAsia="標楷體" w:hAnsi="標楷體"/>
          <w:b/>
          <w:bCs/>
          <w:sz w:val="32"/>
          <w:szCs w:val="32"/>
          <w:lang w:eastAsia="zh-TW"/>
        </w:rPr>
        <w:t>使用借用單</w:t>
      </w:r>
      <w:r w:rsidR="00987723">
        <w:rPr>
          <w:rFonts w:ascii="標楷體" w:eastAsia="標楷體" w:hAnsi="標楷體"/>
          <w:b/>
          <w:bCs/>
          <w:sz w:val="32"/>
          <w:szCs w:val="32"/>
          <w:lang w:eastAsia="zh-TW"/>
        </w:rPr>
        <w:br/>
      </w:r>
      <w:r w:rsidR="00987723" w:rsidRPr="00CD70DF">
        <w:rPr>
          <w:rFonts w:ascii="標楷體" w:eastAsia="標楷體" w:hAnsi="標楷體" w:cs="新細明體" w:hint="eastAsia"/>
          <w:b/>
          <w:bCs/>
          <w:color w:val="auto"/>
          <w:sz w:val="24"/>
          <w:szCs w:val="24"/>
          <w:lang w:eastAsia="zh-TW"/>
        </w:rPr>
        <w:t>退休教師人力活化推動方案轉聘為約聘研究人員專用</w:t>
      </w:r>
    </w:p>
    <w:p w14:paraId="517A7451" w14:textId="77777777" w:rsidR="008F422C" w:rsidRPr="00C0134B" w:rsidRDefault="00B84BCA">
      <w:pPr>
        <w:rPr>
          <w:rFonts w:ascii="標楷體" w:eastAsia="標楷體" w:hAnsi="標楷體"/>
          <w:sz w:val="24"/>
          <w:szCs w:val="24"/>
          <w:lang w:eastAsia="zh-TW"/>
        </w:rPr>
      </w:pPr>
      <w:r w:rsidRPr="00C0134B">
        <w:rPr>
          <w:rFonts w:ascii="標楷體" w:eastAsia="標楷體" w:hAnsi="標楷體"/>
          <w:sz w:val="24"/>
          <w:szCs w:val="24"/>
          <w:lang w:eastAsia="zh-TW"/>
        </w:rPr>
        <w:t>填單日期：　　　　年　　　月　　　日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599"/>
        <w:gridCol w:w="1957"/>
        <w:gridCol w:w="2835"/>
      </w:tblGrid>
      <w:tr w:rsidR="008F422C" w:rsidRPr="00C0134B" w14:paraId="794CDCAB" w14:textId="77777777" w:rsidTr="00C0134B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D3ABD" w14:textId="6B10A7D5" w:rsidR="008F422C" w:rsidRPr="00C0134B" w:rsidRDefault="00C0134B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財物</w:t>
            </w:r>
            <w:proofErr w:type="spellStart"/>
            <w:r w:rsidR="00B84BCA" w:rsidRPr="00C0134B">
              <w:rPr>
                <w:rFonts w:ascii="標楷體" w:eastAsia="標楷體" w:hAnsi="標楷體"/>
                <w:sz w:val="24"/>
                <w:szCs w:val="24"/>
              </w:rPr>
              <w:t>保管單位</w:t>
            </w:r>
            <w:proofErr w:type="spellEnd"/>
          </w:p>
        </w:tc>
        <w:tc>
          <w:tcPr>
            <w:tcW w:w="35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35368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9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38217" w14:textId="2E4FED7B" w:rsidR="008F422C" w:rsidRPr="00C0134B" w:rsidRDefault="00C0134B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保管人</w:t>
            </w: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9286DE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　</w:t>
            </w:r>
          </w:p>
        </w:tc>
      </w:tr>
      <w:tr w:rsidR="00C0134B" w:rsidRPr="00C0134B" w14:paraId="0218FE8A" w14:textId="77777777" w:rsidTr="00D50BEC">
        <w:trPr>
          <w:cantSplit/>
        </w:trPr>
        <w:tc>
          <w:tcPr>
            <w:tcW w:w="10092" w:type="dxa"/>
            <w:gridSpan w:val="4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1E69D" w14:textId="54CEE90B" w:rsidR="00C0134B" w:rsidRPr="00C0134B" w:rsidRDefault="00C0134B" w:rsidP="00C0134B">
            <w:pPr>
              <w:spacing w:before="40" w:after="40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C0134B">
              <w:rPr>
                <w:rFonts w:ascii="標楷體" w:eastAsia="標楷體" w:hAnsi="標楷體" w:hint="eastAsia"/>
                <w:b/>
                <w:bCs/>
                <w:sz w:val="24"/>
                <w:szCs w:val="24"/>
                <w:lang w:eastAsia="zh-TW"/>
              </w:rPr>
              <w:t>借用人資訊</w:t>
            </w:r>
          </w:p>
        </w:tc>
      </w:tr>
      <w:tr w:rsidR="008F422C" w:rsidRPr="00C0134B" w14:paraId="69CCAC17" w14:textId="77777777" w:rsidTr="00C0134B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A8D3A" w14:textId="1C8C2A11" w:rsidR="008F422C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借用人姓名</w:t>
            </w:r>
          </w:p>
        </w:tc>
        <w:tc>
          <w:tcPr>
            <w:tcW w:w="35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89C59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　　</w:t>
            </w:r>
          </w:p>
        </w:tc>
        <w:tc>
          <w:tcPr>
            <w:tcW w:w="19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2D79A" w14:textId="138D0495" w:rsidR="008F422C" w:rsidRPr="00C0134B" w:rsidRDefault="00C0134B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借</w:t>
            </w:r>
            <w:r w:rsidR="004B6C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用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單位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5FD8C" w14:textId="23F57AEF" w:rsidR="004B6C6A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　</w:t>
            </w:r>
          </w:p>
        </w:tc>
      </w:tr>
      <w:tr w:rsidR="004B6C6A" w:rsidRPr="00C0134B" w14:paraId="428E8715" w14:textId="77777777" w:rsidTr="00C0134B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6DD58" w14:textId="111667A2" w:rsidR="004B6C6A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借用人職稱</w:t>
            </w:r>
          </w:p>
        </w:tc>
        <w:tc>
          <w:tcPr>
            <w:tcW w:w="35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648FF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2B11D1" w14:textId="37B25166" w:rsidR="004B6C6A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5734BA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B6C6A" w:rsidRPr="00C0134B" w14:paraId="748E707C" w14:textId="77777777" w:rsidTr="00356357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2CC17" w14:textId="291A400E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電子郵件</w:t>
            </w:r>
            <w:proofErr w:type="spellEnd"/>
          </w:p>
        </w:tc>
        <w:tc>
          <w:tcPr>
            <w:tcW w:w="8391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E3EDD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　</w:t>
            </w:r>
          </w:p>
        </w:tc>
      </w:tr>
      <w:tr w:rsidR="004B6C6A" w:rsidRPr="00C0134B" w14:paraId="4AF2A7A8" w14:textId="77777777" w:rsidTr="00B25D45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E3AD6" w14:textId="33E89380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  <w:lang w:eastAsia="zh-TW"/>
              </w:rPr>
              <w:t>聘任期間</w:t>
            </w:r>
          </w:p>
        </w:tc>
        <w:tc>
          <w:tcPr>
            <w:tcW w:w="8391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F09AB" w14:textId="6D4FB1EF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自　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日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起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>至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月　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 w:rsidR="00C264B5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 xml:space="preserve">  </w:t>
            </w:r>
            <w:r w:rsidRPr="00C0134B">
              <w:rPr>
                <w:rFonts w:ascii="標楷體" w:eastAsia="標楷體" w:hAnsi="標楷體"/>
                <w:sz w:val="24"/>
                <w:szCs w:val="24"/>
              </w:rPr>
              <w:t>日</w:t>
            </w:r>
          </w:p>
        </w:tc>
      </w:tr>
      <w:tr w:rsidR="008F422C" w:rsidRPr="00C0134B" w14:paraId="29FA1570" w14:textId="77777777">
        <w:trPr>
          <w:cantSplit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171AD1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借用期限</w:t>
            </w:r>
            <w:proofErr w:type="spellEnd"/>
          </w:p>
        </w:tc>
        <w:tc>
          <w:tcPr>
            <w:tcW w:w="8391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C68B8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自　　　年　　　月　　　日起至　　　年　　　月　　　日止</w:t>
            </w:r>
          </w:p>
        </w:tc>
      </w:tr>
    </w:tbl>
    <w:p w14:paraId="6E43ED17" w14:textId="77777777" w:rsidR="008F5C82" w:rsidRPr="00C0134B" w:rsidRDefault="008F5C82">
      <w:pPr>
        <w:rPr>
          <w:rFonts w:ascii="標楷體" w:eastAsia="標楷體" w:hAnsi="標楷體"/>
          <w:b/>
          <w:sz w:val="24"/>
          <w:szCs w:val="24"/>
        </w:rPr>
      </w:pPr>
    </w:p>
    <w:p w14:paraId="6BDD2F8F" w14:textId="77777777" w:rsidR="008F5C82" w:rsidRPr="00C0134B" w:rsidRDefault="008F5C82">
      <w:pPr>
        <w:rPr>
          <w:rFonts w:ascii="標楷體" w:eastAsia="標楷體" w:hAnsi="標楷體"/>
          <w:b/>
          <w:sz w:val="24"/>
          <w:szCs w:val="24"/>
        </w:rPr>
      </w:pPr>
    </w:p>
    <w:p w14:paraId="7A15452C" w14:textId="3EEB81BE" w:rsidR="008F422C" w:rsidRPr="00C0134B" w:rsidRDefault="00B84BCA">
      <w:pPr>
        <w:rPr>
          <w:rFonts w:ascii="標楷體" w:eastAsia="標楷體" w:hAnsi="標楷體"/>
          <w:sz w:val="24"/>
          <w:szCs w:val="24"/>
        </w:rPr>
      </w:pPr>
      <w:proofErr w:type="spellStart"/>
      <w:r w:rsidRPr="00C0134B">
        <w:rPr>
          <w:rFonts w:ascii="標楷體" w:eastAsia="標楷體" w:hAnsi="標楷體"/>
          <w:b/>
          <w:sz w:val="24"/>
          <w:szCs w:val="24"/>
        </w:rPr>
        <w:t>借用財物明細清冊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1928"/>
        <w:gridCol w:w="2154"/>
        <w:gridCol w:w="1871"/>
        <w:gridCol w:w="1247"/>
        <w:gridCol w:w="2410"/>
      </w:tblGrid>
      <w:tr w:rsidR="004B6C6A" w:rsidRPr="00C0134B" w14:paraId="114EE3E2" w14:textId="77777777" w:rsidTr="004B6C6A">
        <w:trPr>
          <w:cantSplit/>
        </w:trPr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BA0DF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項次</w:t>
            </w:r>
            <w:proofErr w:type="spellEnd"/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275676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財物編號</w:t>
            </w:r>
            <w:proofErr w:type="spellEnd"/>
            <w:r w:rsidRPr="00C0134B">
              <w:rPr>
                <w:rFonts w:ascii="標楷體" w:eastAsia="標楷體" w:hAnsi="標楷體"/>
                <w:sz w:val="24"/>
                <w:szCs w:val="24"/>
              </w:rPr>
              <w:br/>
            </w: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含校碼序號</w:t>
            </w:r>
            <w:proofErr w:type="spellEnd"/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2CE9B3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財物名稱</w:t>
            </w:r>
            <w:proofErr w:type="spellEnd"/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E4308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廠牌型號</w:t>
            </w:r>
            <w:proofErr w:type="spellEnd"/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E5CED" w14:textId="29643DF8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數量</w:t>
            </w: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E3CCA" w14:textId="33352D43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存置地點</w:t>
            </w:r>
          </w:p>
        </w:tc>
      </w:tr>
      <w:tr w:rsidR="004B6C6A" w:rsidRPr="00C0134B" w14:paraId="4168B308" w14:textId="77777777" w:rsidTr="004B6C6A">
        <w:trPr>
          <w:cantSplit/>
          <w:trHeight w:val="369"/>
        </w:trPr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9080E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06C858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40A7D8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3D512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C1F7F1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FDDB2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B6C6A" w:rsidRPr="00C0134B" w14:paraId="18FE0162" w14:textId="77777777" w:rsidTr="004B6C6A">
        <w:trPr>
          <w:cantSplit/>
          <w:trHeight w:val="369"/>
        </w:trPr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A90AAD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B87B5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20412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2EDCC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A97AFC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D5336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B6C6A" w:rsidRPr="00C0134B" w14:paraId="170A7F99" w14:textId="77777777" w:rsidTr="004B6C6A">
        <w:trPr>
          <w:cantSplit/>
          <w:trHeight w:val="369"/>
        </w:trPr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87BA02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F7BB69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DD9F70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3A3B92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C0624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A59F8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B6C6A" w:rsidRPr="00C0134B" w14:paraId="5742A13A" w14:textId="77777777" w:rsidTr="004B6C6A">
        <w:trPr>
          <w:cantSplit/>
          <w:trHeight w:val="369"/>
        </w:trPr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CDD7D8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4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E22FA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F0C2C9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D7D6C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1815B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6B665B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4B6C6A" w:rsidRPr="00C0134B" w14:paraId="45E0331E" w14:textId="77777777" w:rsidTr="004B6C6A">
        <w:trPr>
          <w:cantSplit/>
          <w:trHeight w:val="369"/>
        </w:trPr>
        <w:tc>
          <w:tcPr>
            <w:tcW w:w="5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3004C3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5</w:t>
            </w:r>
          </w:p>
        </w:tc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38CBF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AB6869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142B6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90D4C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2E7B7" w14:textId="77777777" w:rsidR="004B6C6A" w:rsidRPr="00C0134B" w:rsidRDefault="004B6C6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578CAA7E" w14:textId="77777777" w:rsidR="008F5C82" w:rsidRPr="0040031B" w:rsidRDefault="008F5C82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17DC87A9" w14:textId="1A63E7CB" w:rsidR="008F5C82" w:rsidRPr="00C0134B" w:rsidRDefault="00A46C75">
      <w:pPr>
        <w:rPr>
          <w:rFonts w:ascii="標楷體" w:eastAsia="標楷體" w:hAnsi="標楷體"/>
          <w:sz w:val="24"/>
          <w:szCs w:val="24"/>
          <w:lang w:eastAsia="zh-TW"/>
        </w:rPr>
      </w:pPr>
      <w:r w:rsidRPr="00C0134B">
        <w:rPr>
          <w:rFonts w:ascii="標楷體" w:eastAsia="標楷體" w:hAnsi="標楷體"/>
          <w:sz w:val="24"/>
          <w:szCs w:val="24"/>
          <w:lang w:eastAsia="zh-TW"/>
        </w:rPr>
        <w:t>借用人聲明：本人已閱讀第2頁借用規定，同意依核准用途使用、妥善保管並依限歸還。</w:t>
      </w:r>
    </w:p>
    <w:p w14:paraId="47C57900" w14:textId="055B4B49" w:rsidR="00A46C75" w:rsidRPr="00C0134B" w:rsidRDefault="00B84BCA" w:rsidP="00A46C75">
      <w:pPr>
        <w:rPr>
          <w:rFonts w:ascii="標楷體" w:eastAsia="標楷體" w:hAnsi="標楷體"/>
          <w:sz w:val="24"/>
          <w:szCs w:val="24"/>
          <w:lang w:eastAsia="zh-TW"/>
        </w:rPr>
      </w:pPr>
      <w:r w:rsidRPr="00C0134B">
        <w:rPr>
          <w:rFonts w:ascii="標楷體" w:eastAsia="標楷體" w:hAnsi="標楷體"/>
          <w:sz w:val="24"/>
          <w:szCs w:val="24"/>
          <w:lang w:eastAsia="zh-TW"/>
        </w:rPr>
        <w:t xml:space="preserve">借用人簽章：　　　　</w:t>
      </w:r>
    </w:p>
    <w:p w14:paraId="27D3C712" w14:textId="26A1C414" w:rsidR="008F422C" w:rsidRPr="00C0134B" w:rsidRDefault="00B84BCA">
      <w:pPr>
        <w:rPr>
          <w:rFonts w:ascii="標楷體" w:eastAsia="標楷體" w:hAnsi="標楷體"/>
          <w:sz w:val="24"/>
          <w:szCs w:val="24"/>
          <w:lang w:eastAsia="zh-TW"/>
        </w:rPr>
      </w:pPr>
      <w:r w:rsidRPr="00C0134B">
        <w:rPr>
          <w:rFonts w:ascii="標楷體" w:eastAsia="標楷體" w:hAnsi="標楷體"/>
          <w:sz w:val="24"/>
          <w:szCs w:val="24"/>
          <w:lang w:eastAsia="zh-TW"/>
        </w:rPr>
        <w:t xml:space="preserve">　　　　　　</w:t>
      </w:r>
      <w:r w:rsidR="00A46C75" w:rsidRPr="00C0134B">
        <w:rPr>
          <w:rFonts w:ascii="標楷體" w:eastAsia="標楷體" w:hAnsi="標楷體" w:hint="eastAsia"/>
          <w:sz w:val="24"/>
          <w:szCs w:val="24"/>
          <w:lang w:eastAsia="zh-TW"/>
        </w:rPr>
        <w:t xml:space="preserve">                                                                    </w:t>
      </w:r>
      <w:r w:rsidRPr="00C0134B">
        <w:rPr>
          <w:rFonts w:ascii="標楷體" w:eastAsia="標楷體" w:hAnsi="標楷體" w:hint="eastAsia"/>
          <w:sz w:val="24"/>
          <w:szCs w:val="24"/>
          <w:lang w:eastAsia="zh-TW"/>
        </w:rPr>
        <w:t xml:space="preserve">                                     </w:t>
      </w:r>
    </w:p>
    <w:p w14:paraId="719BF50C" w14:textId="77777777" w:rsidR="00C264B5" w:rsidRDefault="00C264B5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614BEE56" w14:textId="3B302FFE" w:rsidR="008F5C82" w:rsidRPr="00C264B5" w:rsidRDefault="0040031B">
      <w:pPr>
        <w:rPr>
          <w:rFonts w:ascii="標楷體" w:eastAsia="標楷體" w:hAnsi="標楷體"/>
          <w:b/>
          <w:bCs/>
          <w:sz w:val="24"/>
          <w:szCs w:val="24"/>
          <w:lang w:eastAsia="zh-TW"/>
        </w:rPr>
      </w:pPr>
      <w:r w:rsidRPr="00C264B5">
        <w:rPr>
          <w:rFonts w:ascii="標楷體" w:eastAsia="標楷體" w:hAnsi="標楷體"/>
          <w:b/>
          <w:bCs/>
          <w:sz w:val="24"/>
          <w:szCs w:val="24"/>
          <w:lang w:eastAsia="zh-TW"/>
        </w:rPr>
        <w:t xml:space="preserve">財產保管人：　</w:t>
      </w:r>
      <w:r w:rsidRPr="00C264B5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         </w:t>
      </w:r>
      <w:r w:rsidR="00C264B5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</w:t>
      </w:r>
      <w:r w:rsidRPr="00C264B5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   </w:t>
      </w:r>
      <w:r w:rsidRPr="00C264B5">
        <w:rPr>
          <w:rFonts w:ascii="標楷體" w:eastAsia="標楷體" w:hAnsi="標楷體"/>
          <w:b/>
          <w:bCs/>
          <w:sz w:val="24"/>
          <w:szCs w:val="24"/>
          <w:lang w:eastAsia="zh-TW"/>
        </w:rPr>
        <w:t>單位財物管理人：</w:t>
      </w:r>
      <w:r w:rsidRPr="00C264B5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          </w:t>
      </w:r>
      <w:r w:rsidR="00C264B5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  </w:t>
      </w:r>
      <w:r w:rsidRPr="00C264B5">
        <w:rPr>
          <w:rFonts w:ascii="標楷體" w:eastAsia="標楷體" w:hAnsi="標楷體" w:hint="eastAsia"/>
          <w:b/>
          <w:bCs/>
          <w:sz w:val="24"/>
          <w:szCs w:val="24"/>
          <w:lang w:eastAsia="zh-TW"/>
        </w:rPr>
        <w:t xml:space="preserve">  單位主管：</w:t>
      </w:r>
    </w:p>
    <w:p w14:paraId="7F4BBDBE" w14:textId="33904733" w:rsidR="008F5C82" w:rsidRDefault="008F5C82">
      <w:pPr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41083489" w14:textId="77777777" w:rsidR="0018265B" w:rsidRPr="00C0134B" w:rsidRDefault="0018265B">
      <w:pPr>
        <w:rPr>
          <w:rFonts w:ascii="標楷體" w:eastAsia="標楷體" w:hAnsi="標楷體"/>
          <w:b/>
          <w:sz w:val="24"/>
          <w:szCs w:val="24"/>
          <w:lang w:eastAsia="zh-TW"/>
        </w:rPr>
      </w:pPr>
    </w:p>
    <w:p w14:paraId="53741BAC" w14:textId="2EA15BCE" w:rsidR="008F422C" w:rsidRPr="00C0134B" w:rsidRDefault="00B84BCA">
      <w:pPr>
        <w:rPr>
          <w:rFonts w:ascii="標楷體" w:eastAsia="標楷體" w:hAnsi="標楷體"/>
          <w:sz w:val="24"/>
          <w:szCs w:val="24"/>
        </w:rPr>
      </w:pPr>
      <w:proofErr w:type="spellStart"/>
      <w:r w:rsidRPr="00C0134B">
        <w:rPr>
          <w:rFonts w:ascii="標楷體" w:eastAsia="標楷體" w:hAnsi="標楷體"/>
          <w:b/>
          <w:sz w:val="24"/>
          <w:szCs w:val="24"/>
        </w:rPr>
        <w:t>歸還確認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87"/>
        <w:gridCol w:w="5102"/>
        <w:gridCol w:w="1531"/>
        <w:gridCol w:w="1871"/>
      </w:tblGrid>
      <w:tr w:rsidR="008F422C" w:rsidRPr="00C0134B" w14:paraId="5C6CE1DD" w14:textId="77777777">
        <w:trPr>
          <w:cantSplit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567CF7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實際歸還日期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4D44B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年　　　月　　　日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50FC70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點收人簽章</w:t>
            </w:r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1418E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</w:t>
            </w:r>
          </w:p>
        </w:tc>
      </w:tr>
      <w:tr w:rsidR="008F422C" w:rsidRPr="00C0134B" w14:paraId="29E7EAAA" w14:textId="77777777">
        <w:trPr>
          <w:cantSplit/>
        </w:trPr>
        <w:tc>
          <w:tcPr>
            <w:tcW w:w="158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1D019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>點收結果</w:t>
            </w:r>
          </w:p>
        </w:tc>
        <w:tc>
          <w:tcPr>
            <w:tcW w:w="510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92FBE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  <w:lang w:eastAsia="zh-TW"/>
              </w:rPr>
              <w:t>□數量及附件齊全、功能正常　□異常（另附處理紀錄）</w:t>
            </w:r>
          </w:p>
        </w:tc>
        <w:tc>
          <w:tcPr>
            <w:tcW w:w="1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E94BA3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C0134B">
              <w:rPr>
                <w:rFonts w:ascii="標楷體" w:eastAsia="標楷體" w:hAnsi="標楷體"/>
                <w:sz w:val="24"/>
                <w:szCs w:val="24"/>
              </w:rPr>
              <w:t>借用人簽章</w:t>
            </w:r>
            <w:proofErr w:type="spellEnd"/>
          </w:p>
        </w:tc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078E38" w14:textId="77777777" w:rsidR="008F422C" w:rsidRPr="00C0134B" w:rsidRDefault="00B84BCA">
            <w:pPr>
              <w:spacing w:before="40" w:after="40"/>
              <w:rPr>
                <w:rFonts w:ascii="標楷體" w:eastAsia="標楷體" w:hAnsi="標楷體"/>
                <w:sz w:val="24"/>
                <w:szCs w:val="24"/>
              </w:rPr>
            </w:pPr>
            <w:r w:rsidRPr="00C0134B">
              <w:rPr>
                <w:rFonts w:ascii="標楷體" w:eastAsia="標楷體" w:hAnsi="標楷體"/>
                <w:sz w:val="24"/>
                <w:szCs w:val="24"/>
              </w:rPr>
              <w:t xml:space="preserve">　　　　　　　</w:t>
            </w:r>
          </w:p>
        </w:tc>
      </w:tr>
    </w:tbl>
    <w:p w14:paraId="412239F3" w14:textId="77777777" w:rsidR="008F422C" w:rsidRPr="00C0134B" w:rsidRDefault="00B84BCA">
      <w:pPr>
        <w:rPr>
          <w:rFonts w:ascii="標楷體" w:eastAsia="標楷體" w:hAnsi="標楷體"/>
        </w:rPr>
      </w:pPr>
      <w:r w:rsidRPr="00C0134B">
        <w:rPr>
          <w:rFonts w:ascii="標楷體" w:eastAsia="標楷體" w:hAnsi="標楷體"/>
        </w:rPr>
        <w:br w:type="page"/>
      </w:r>
    </w:p>
    <w:p w14:paraId="5915EFF9" w14:textId="316310C6" w:rsidR="008F422C" w:rsidRPr="0040031B" w:rsidRDefault="00B84BCA">
      <w:pPr>
        <w:pStyle w:val="1"/>
        <w:rPr>
          <w:rFonts w:ascii="標楷體" w:eastAsia="標楷體" w:hAnsi="標楷體"/>
          <w:szCs w:val="24"/>
          <w:lang w:eastAsia="zh-TW"/>
        </w:rPr>
      </w:pPr>
      <w:r w:rsidRPr="0040031B">
        <w:rPr>
          <w:rFonts w:ascii="標楷體" w:eastAsia="標楷體" w:hAnsi="標楷體"/>
          <w:szCs w:val="24"/>
          <w:lang w:eastAsia="zh-TW"/>
        </w:rPr>
        <w:lastRenderedPageBreak/>
        <w:t>財物使用借用規定</w:t>
      </w:r>
    </w:p>
    <w:p w14:paraId="54117298" w14:textId="06750B80" w:rsidR="00335ADB" w:rsidRPr="00543009" w:rsidRDefault="00B84BCA" w:rsidP="008650BB">
      <w:pPr>
        <w:ind w:left="480" w:hangingChars="200" w:hanging="480"/>
        <w:rPr>
          <w:rFonts w:ascii="標楷體" w:eastAsia="標楷體" w:hAnsi="標楷體"/>
          <w:color w:val="auto"/>
          <w:sz w:val="24"/>
          <w:szCs w:val="24"/>
          <w:lang w:eastAsia="zh-TW"/>
        </w:rPr>
      </w:pP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一、</w:t>
      </w:r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依本校退休教師人力活化推動方案轉聘為約聘研究人員，且因教學或研究確有使用原保管財產之需求者，得向財產管理單位申請借用。</w:t>
      </w:r>
      <w:r w:rsidR="00335ADB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(</w:t>
      </w:r>
      <w:r w:rsidR="00335ADB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 xml:space="preserve"> </w:t>
      </w:r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國立中山大學</w:t>
      </w:r>
      <w:r w:rsidR="00335ADB" w:rsidRPr="00543009">
        <w:rPr>
          <w:rFonts w:ascii="標楷體" w:eastAsia="標楷體" w:hAnsi="標楷體" w:cs="標楷體"/>
          <w:color w:val="auto"/>
          <w:sz w:val="24"/>
          <w:szCs w:val="24"/>
          <w:lang w:eastAsia="zh-TW"/>
        </w:rPr>
        <w:t>115</w:t>
      </w:r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學年度第</w:t>
      </w:r>
      <w:r w:rsidR="00335ADB" w:rsidRPr="00543009">
        <w:rPr>
          <w:rFonts w:ascii="標楷體" w:eastAsia="標楷體" w:hAnsi="標楷體" w:cs="標楷體"/>
          <w:color w:val="auto"/>
          <w:sz w:val="24"/>
          <w:szCs w:val="24"/>
          <w:lang w:eastAsia="zh-TW"/>
        </w:rPr>
        <w:t>1</w:t>
      </w:r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學期第</w:t>
      </w:r>
      <w:r w:rsidR="00335ADB" w:rsidRPr="00543009">
        <w:rPr>
          <w:rFonts w:ascii="標楷體" w:eastAsia="標楷體" w:hAnsi="標楷體" w:cs="標楷體"/>
          <w:color w:val="auto"/>
          <w:sz w:val="24"/>
          <w:szCs w:val="24"/>
          <w:lang w:eastAsia="zh-TW"/>
        </w:rPr>
        <w:t>2</w:t>
      </w:r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次行政</w:t>
      </w:r>
      <w:proofErr w:type="gramStart"/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會議會議</w:t>
      </w:r>
      <w:proofErr w:type="gramEnd"/>
      <w:r w:rsidR="00335ADB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紀錄</w:t>
      </w:r>
      <w:r w:rsidR="00335ADB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)</w:t>
      </w:r>
    </w:p>
    <w:p w14:paraId="57095FE8" w14:textId="44935B35" w:rsidR="00335ADB" w:rsidRPr="00543009" w:rsidRDefault="008650BB" w:rsidP="00543009">
      <w:pPr>
        <w:ind w:left="480" w:hangingChars="200" w:hanging="480"/>
        <w:rPr>
          <w:rFonts w:ascii="標楷體" w:eastAsia="標楷體" w:hAnsi="標楷體"/>
          <w:color w:val="auto"/>
          <w:sz w:val="24"/>
          <w:szCs w:val="24"/>
          <w:lang w:eastAsia="zh-TW"/>
        </w:rPr>
      </w:pPr>
      <w:r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二、本校約聘研究</w:t>
      </w:r>
      <w:r w:rsidR="0048443E"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人</w:t>
      </w:r>
      <w:r w:rsidRPr="00543009">
        <w:rPr>
          <w:rFonts w:ascii="標楷體" w:eastAsia="標楷體" w:hAnsi="標楷體" w:cs="新細明體" w:hint="eastAsia"/>
          <w:color w:val="auto"/>
          <w:sz w:val="24"/>
          <w:szCs w:val="24"/>
          <w:lang w:eastAsia="zh-TW"/>
        </w:rPr>
        <w:t>員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於有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聘期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內，執行本校教學、研究或公務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等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需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求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，得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填寫「國立中山大學財務使用借用單」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申請借用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相關財物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，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該財物</w:t>
      </w:r>
      <w:r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不得供私人用途或未經核准之校外業務使用。</w:t>
      </w:r>
      <w:r w:rsidR="0048443E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借用期滿、聘任期滿、離職、解聘或執行本校業務之需要消滅時，應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予</w:t>
      </w:r>
      <w:r w:rsidR="0048443E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歸</w:t>
      </w:r>
      <w:r w:rsidR="0048443E"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還並</w:t>
      </w:r>
      <w:r w:rsidR="0048443E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完成財物及附件點交。續聘且仍有借用需要者，應於原借用期限屆滿前檢附續聘證明，重新申請核准。</w:t>
      </w:r>
    </w:p>
    <w:p w14:paraId="694DBB31" w14:textId="42EB9A17" w:rsidR="008F422C" w:rsidRPr="00543009" w:rsidRDefault="00543009" w:rsidP="00543009">
      <w:pPr>
        <w:ind w:left="480" w:hangingChars="200" w:hanging="480"/>
        <w:rPr>
          <w:rFonts w:ascii="標楷體" w:eastAsia="標楷體" w:hAnsi="標楷體"/>
          <w:color w:val="auto"/>
          <w:sz w:val="24"/>
          <w:szCs w:val="24"/>
          <w:lang w:eastAsia="zh-TW"/>
        </w:rPr>
      </w:pPr>
      <w:r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三</w:t>
      </w:r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、借用人應妥善保管、善加維護，依核准用途及地點使用；未經核准不得轉借、移轉、處分或擅為收益。使用地點變更時應事先通知單位財物管理人，依本校規定辦理。借用期間應配合財物盤點，必要時依通知攜回查驗。</w:t>
      </w:r>
    </w:p>
    <w:p w14:paraId="66132954" w14:textId="046EE4C2" w:rsidR="008F422C" w:rsidRPr="00543009" w:rsidRDefault="00543009" w:rsidP="00543009">
      <w:pPr>
        <w:ind w:left="480" w:hangingChars="200" w:hanging="480"/>
        <w:rPr>
          <w:rFonts w:ascii="標楷體" w:eastAsia="標楷體" w:hAnsi="標楷體"/>
          <w:color w:val="auto"/>
          <w:sz w:val="24"/>
          <w:szCs w:val="24"/>
          <w:lang w:eastAsia="zh-TW"/>
        </w:rPr>
      </w:pPr>
      <w:r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四</w:t>
      </w:r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、財物如有遺失、毀損或其他異常，應立即通知單位財物管理人並提供相關事證，依本校財物管理要點及相關規定辦理責任認定與賠償。</w:t>
      </w:r>
    </w:p>
    <w:p w14:paraId="08257640" w14:textId="21EB5497" w:rsidR="008F422C" w:rsidRPr="00543009" w:rsidRDefault="00543009" w:rsidP="00543009">
      <w:pPr>
        <w:ind w:left="480" w:hangingChars="200" w:hanging="480"/>
        <w:rPr>
          <w:rFonts w:ascii="標楷體" w:eastAsia="標楷體" w:hAnsi="標楷體"/>
          <w:color w:val="auto"/>
          <w:sz w:val="24"/>
          <w:szCs w:val="24"/>
          <w:lang w:eastAsia="zh-TW"/>
        </w:rPr>
      </w:pPr>
      <w:r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五</w:t>
      </w:r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、單位財物管理人應登記借用及歸還情形，追蹤借用期限；兼職人員聘期屆滿或離職前，聘用或使用單位應通知並確認完成歸還。歸還時應核對財物編號、數量、附件及使用狀況，異常事項另列紀錄追蹤處理。</w:t>
      </w:r>
    </w:p>
    <w:p w14:paraId="20363CF5" w14:textId="4F6E0B42" w:rsidR="008F422C" w:rsidRPr="00543009" w:rsidRDefault="00543009" w:rsidP="00543009">
      <w:pPr>
        <w:ind w:left="480" w:hangingChars="200" w:hanging="480"/>
        <w:rPr>
          <w:rFonts w:ascii="標楷體" w:eastAsia="標楷體" w:hAnsi="標楷體"/>
          <w:color w:val="auto"/>
          <w:sz w:val="24"/>
          <w:szCs w:val="24"/>
          <w:lang w:eastAsia="zh-TW"/>
        </w:rPr>
      </w:pPr>
      <w:r w:rsidRPr="00543009">
        <w:rPr>
          <w:rFonts w:ascii="標楷體" w:eastAsia="標楷體" w:hAnsi="標楷體" w:hint="eastAsia"/>
          <w:color w:val="auto"/>
          <w:sz w:val="24"/>
          <w:szCs w:val="24"/>
          <w:lang w:eastAsia="zh-TW"/>
        </w:rPr>
        <w:t>六</w:t>
      </w:r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、本單一式二份，由單位財物管理人及借用人各執一份備查；借用財物超過清冊欄位時，</w:t>
      </w:r>
      <w:proofErr w:type="gramStart"/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另附明細</w:t>
      </w:r>
      <w:proofErr w:type="gramEnd"/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清冊，</w:t>
      </w:r>
      <w:proofErr w:type="gramStart"/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併同本</w:t>
      </w:r>
      <w:proofErr w:type="gramEnd"/>
      <w:r w:rsidR="00B84BCA" w:rsidRPr="00543009">
        <w:rPr>
          <w:rFonts w:ascii="標楷體" w:eastAsia="標楷體" w:hAnsi="標楷體"/>
          <w:color w:val="auto"/>
          <w:sz w:val="24"/>
          <w:szCs w:val="24"/>
          <w:lang w:eastAsia="zh-TW"/>
        </w:rPr>
        <w:t>單簽章。</w:t>
      </w:r>
    </w:p>
    <w:sectPr w:rsidR="008F422C" w:rsidRPr="00543009" w:rsidSect="00C264B5">
      <w:pgSz w:w="11906" w:h="16838"/>
      <w:pgMar w:top="1134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65B"/>
    <w:rsid w:val="0029639D"/>
    <w:rsid w:val="002F1DEB"/>
    <w:rsid w:val="00326F90"/>
    <w:rsid w:val="00335ADB"/>
    <w:rsid w:val="0040031B"/>
    <w:rsid w:val="0048443E"/>
    <w:rsid w:val="004B6C6A"/>
    <w:rsid w:val="00543009"/>
    <w:rsid w:val="007C4278"/>
    <w:rsid w:val="008650BB"/>
    <w:rsid w:val="008D79AA"/>
    <w:rsid w:val="008F422C"/>
    <w:rsid w:val="008F5C82"/>
    <w:rsid w:val="00987723"/>
    <w:rsid w:val="00A46C75"/>
    <w:rsid w:val="00AA1D8D"/>
    <w:rsid w:val="00B47730"/>
    <w:rsid w:val="00B84BCA"/>
    <w:rsid w:val="00C0134B"/>
    <w:rsid w:val="00C264B5"/>
    <w:rsid w:val="00CB0664"/>
    <w:rsid w:val="00CD70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59FE5"/>
  <w14:defaultImageDpi w14:val="300"/>
  <w15:docId w15:val="{0861A906-6F98-418D-ADE0-9A3033EC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52" w:lineRule="auto"/>
    </w:pPr>
    <w:rPr>
      <w:rFonts w:ascii="Noto Sans CJK TC" w:eastAsia="Noto Sans CJK TC" w:hAnsi="Noto Sans CJK TC"/>
      <w:color w:val="000000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30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35ADB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珍燕 江</cp:lastModifiedBy>
  <cp:revision>10</cp:revision>
  <cp:lastPrinted>2026-10-06T06:07:00Z</cp:lastPrinted>
  <dcterms:created xsi:type="dcterms:W3CDTF">2026-10-05T09:04:00Z</dcterms:created>
  <dcterms:modified xsi:type="dcterms:W3CDTF">2026-10-06T08:25:00Z</dcterms:modified>
  <cp:category/>
</cp:coreProperties>
</file>